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והרגעה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חשוב לעצור ולהירגע לפני שחוצים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אומרת כל אות?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כשממהרים ולוחצים עלינו לחצות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כל המטרה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לעשות את זה לפני החצייה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לחץ מחברים הוא בדיוק מצב שבו צריך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העצירה היא הצעד הראשון וההכרחי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(מותחים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(נושמים 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(מדברים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(הולכים קדימה בבטחה)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מותחים את השרירים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מילה מרגיעה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מסתכלים ימינה ושמאלה והולכים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יכול לחכות, אני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שע' פירושה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שנשימה עוזרת להירגע ולחשוב בבהירות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מיהרות או לחץ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חמשת הצעדים בכיתה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מתיחת שרירים ונשימה עמוקה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לתמרורים נוספים הנלמדים בשכבת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שחוצים כביש, במיוחד כשממהרים או כועסים, כדאי לעצור רגע ולעשות עש"ן ד"ק. זה עוזר לנו להיות רגועים ובטוחים.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אומרת כל אות?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אומרת האות ע'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אומרת האות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אומרת האות נ'?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אומרת האות 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לעשות 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כשממהרים ולוחצים עלינו 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כשישנים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כשאוכלים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כשצופים בטלוויזיה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עש"ן ד"ק עוזר לנו לעצור ולחשוב לפני שחוצים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עש"ן ד"ק אחרי שכבר חצינו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לוחצים עלינו למהר, זה זמן טוב לעצור ולנשום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הצעד של עצירה ולהתחיל ישר בנשימה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כביש,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לוקחים __________ עמוקה כדי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למתוח את ה__________ כדי להרגיש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בדיבור __________ אנחנו אומרים לעצמנו שאנחנו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שבדקנו שבטוח, הולכים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מדברים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נושמים 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הולכים קדימה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מותחים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מילה מרגיעה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 והולכים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מותחים את השרירים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לעצמכם (דיבור עצמי) כדי להירגע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בעש"ן ד"ק ומה היא אומרת?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לנשום עמוק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כדאי לעצור ולהירגע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רֶגַע שֶׁל עש"ן ד"ק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