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רֶגַע שֶׁל עש"ן ד"ק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עצירה והרגעה לפני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מתי חשוב לעצור ולהירגע לפני שחוצים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אומרת כל אות?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דיבור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כשממהרים ולוחצים עלינו לחצות 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כל המטרה של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לעשות את זה לפני החצייה כדי להיות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לחץ מחברים הוא בדיוק מצב שבו צריך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העצירה היא הצעד הראשון וההכרחי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(מותחים שרירים)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(נושמים עמוק)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(מדברים לעצמנו)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(הולכים קדימה בבטחה)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מותחים את השרירים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נשימה עמוקה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מילה מרגיעה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מסתכלים ימינה ושמאלה והולכים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 יכול לחכות, אני 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שע' פירושה עוצרים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שנשימה עוזרת להירגע ולחשוב בבהירות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הגיונית כמו מיהרות או לחץ מחברים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את חמשת הצעדים בכיתה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מתיחת שרירים ונשימה עמוקה יחד עם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הפעילות לתמרורים נוספים הנלמדים בשכבת הגיל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רֶגַע שֶׁל עש"ן ד"ק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כשחוצים כביש צריך לעצור רגע. עש"ן ד"ק זה חמישה צעדים קטנים שעוזרים להירגע לפני החצייה.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עש"ן ד"ק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רָאשֵׁי תֵּיבוֹת שֶׁעוֹזְרִים לַעֲצוֹר וְלַחְשׁוֹב לִפְנֵי חֲצִיָּה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עוֹצְרִים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נֶעֱמָדִים בְּמָקוֹם בְּלִי לָזוּז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שְׁרִירִים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חֲלָקִים בַּגּוּף שֶׁאֶפְשָׁר לִמְתּוֹחַ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נְשִׁימָה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לִשְׁאוֹף אֲוִיר פְּנִימָה וּלְהוֹצִיא הַחוּצָה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דִּיבּוּר עַצְמִי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לְדַבֵּר לְעַצְמֵנוּ בַּמַּחְשָׁבָה כְּדֵי לְהֵרָגַע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קָדִימָה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לָלֶכֶת אַחֲרֵי שֶׁבָּדַקְנוּ שֶׁבָּטוּחַ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מִדְרָכָה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הַמָּקוֹם הַבָּטוּחַ לָלֶכֶת בּוֹ לְיַד הַכְּבִישׁ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תַּמְרוּר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שֶׁלֶט בַּדֶּרֶךְ שֶׁנּוֹתֵן הוֹרָאָה אוֹ אַזְהָרָה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אומרת כל אות?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האות ע' אומרת...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האות ש' אומרת...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האות נ' אומרת...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נדנדה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האות ד' אומרת...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דיבור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כדאי לעשות את הצעדים?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כשממהרים ולוחצים עלינו לחצות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כשישנים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כשאוכלים ארוחת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כשצופים בטלוויזיה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עש"ן ד"ק עוזר לנו לעצור ולחשוב לפני שחוצים 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לעשות עש"ן ד"ק אחרי שכבר חצינו את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כשחברים לוחצים עלינו למהר, זה זמן טוב לעצור ולנשום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הצעד של עצירה ולהתחיל ישר בנשימה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שחוצים כביש, קודם כל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לוקחים __________ עמוקה כדי להירגע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למתוח את ה__________ כדי להרגיש רגוע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בדיבור __________ אנחנו אומרים לעצמנו שאנחנו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שבדקנו שבטוח, הולכים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אות לצעד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נושמים עמוק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מדברים לעצמנו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עוצרים במקום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הולכים קדימה בבטחה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מותחים שרירים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הצעדים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נשימה עמוקה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מילה מרגיעה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לפני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ימינה ושמאלה והולכים קדימה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מותחים את השרירים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הייתם אומרים לעצמכם (דיבור עצמי) כדי להירגע לפני חציית כביש?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האות הראשונה בעש"ן ד"ק ומה היא אומרת?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לנשום עמוק לפני שחוצים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כדאי לעצור ולהירגע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רֶגַע שֶׁל עש"ן ד"ק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