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רֶגַע שֶׁל עש"ן ד"ק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והרגעה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חשוב לעצור ולהירגע לפני שחוצים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אומרת כל אות?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שרירים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כל המטרה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לעשות את זה לפני החצייה כדי להיות בטוחים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(מותחים 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(נושמים עמוק)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(מדברים לעצמנו)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מותחים את השרירים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נשימה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מילה מרגיעה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ושיתוף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שע' פירושה עוצרים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שנשימה עוזרת להירגע ולחשוב בבהירות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כמו מיהרות או לחץ מחברים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חמשת הצעדים בכיתה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מתיחת שרירים ונשימה עמוקה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הפעילות לתמרורים נוספים הנלמדים בשכבת הגיל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רֶגַע שֶׁל עש"ן ד"ק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שחוצים כביש, במיוחד כשממהרים או כועסים, כדאי לעצור רגע ולעשות עש"ן ד"ק. זה עוזר לנו להיות רגועים ובטוחים.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נשימה  ·  שרירים  ·  עוצרים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אומרת כל אות?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אומרת האות ע'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אומרת האות 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עש"ן ד"ק עוזר לנו לעצור ולחשוב לפני שחוצים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לעשות עש"ן ד"ק אחרי שכבר חצינו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שחוצים כביש, קודם 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לוקחים __________ עמוקה כדי להירגע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אפשר למתוח את ה__________ כדי להרגיש רגוע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אות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נושמים עמוק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מותחים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מדברים לעצמנו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לעצמנו מילה מרגיעה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נשימה עמוקה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מותחים את השרירים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האות הראשונה בעש"ן ד"ק ומה היא אומרת?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לנשום עמוק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רֶגַע שֶׁל עש"ן ד"ק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